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right"/>
        <w:bidi w:val="1"/>
      </w:pPr>
      <w:r>
        <w:rPr>
          <w:rFonts w:ascii="Calibri" w:hAnsi="Calibri" w:eastAsia="Calibri" w:cs="Calibri"/>
          <w:b/>
          <w:sz w:val="32"/>
        </w:rPr>
        <w:t>שרשור מייל — עיכוב משלוח קרטונים</w:t>
      </w:r>
    </w:p>
    <w:p>
      <w:pPr>
        <w:spacing w:after="160" w:before="0"/>
        <w:jc w:val="right"/>
        <w:bidi w:val="1"/>
      </w:pPr>
      <w:r>
        <w:rPr>
          <w:rFonts w:ascii="Calibri" w:hAnsi="Calibri" w:eastAsia="Calibri" w:cs="Calibri"/>
          <w:b w:val="0"/>
          <w:sz w:val="22"/>
        </w:rPr>
        <w:t>קובץ תרגיל. אתם בתפקיד יעל משירות. השאלה בהדגמה: מה נדרש ממני.</w:t>
      </w:r>
    </w:p>
    <w:p>
      <w:pPr>
        <w:spacing w:after="160" w:before="0"/>
        <w:jc w:val="right"/>
        <w:bidi w:val="1"/>
      </w:pPr>
      <w:r>
        <w:rPr>
          <w:rFonts w:ascii="Calibri" w:hAnsi="Calibri" w:eastAsia="Calibri" w:cs="Calibri"/>
          <w:b/>
          <w:sz w:val="22"/>
        </w:rPr>
        <w:t>מ: נועה, דרום אריזות  |  אל: רכש  |  24.8.2026 11:12</w:t>
      </w:r>
    </w:p>
    <w:p>
      <w:pPr>
        <w:spacing w:after="160" w:before="0"/>
        <w:jc w:val="right"/>
        <w:bidi w:val="1"/>
      </w:pPr>
      <w:r>
        <w:rPr>
          <w:rFonts w:ascii="Calibri" w:hAnsi="Calibri" w:eastAsia="Calibri" w:cs="Calibri"/>
          <w:b w:val="0"/>
          <w:sz w:val="22"/>
        </w:rPr>
        <w:t>שלום רונית, המשלוח של 4,000 קרטונים שתוכנן ל-26.8 ייצא באיחור. היעד החדש הוא 2.9. מתנצלים, תקלה בקו. נועה.</w:t>
      </w:r>
    </w:p>
    <w:p>
      <w:pPr>
        <w:spacing w:after="160" w:before="0"/>
        <w:jc w:val="right"/>
        <w:bidi w:val="1"/>
      </w:pPr>
      <w:r>
        <w:rPr>
          <w:rFonts w:ascii="Calibri" w:hAnsi="Calibri" w:eastAsia="Calibri" w:cs="Calibri"/>
          <w:b/>
          <w:sz w:val="22"/>
        </w:rPr>
        <w:t>מ: רונית, רכש  |  אל: אמיר, יעל, משה  |  24.8.2026 11:40</w:t>
      </w:r>
    </w:p>
    <w:p>
      <w:pPr>
        <w:spacing w:after="160" w:before="0"/>
        <w:jc w:val="right"/>
        <w:bidi w:val="1"/>
      </w:pPr>
      <w:r>
        <w:rPr>
          <w:rFonts w:ascii="Calibri" w:hAnsi="Calibri" w:eastAsia="Calibri" w:cs="Calibri"/>
          <w:b w:val="0"/>
          <w:sz w:val="22"/>
        </w:rPr>
        <w:t>קבלתי מדרום אריזות. מלאי אצלנו עד 2.9 בערך. אמיר, תבדוק אם כרמל הפצות מושפעת. יעל, אל תעני ללקוח לפני שאמיר חוזר. משה, תדע שזה עלול לדחות חיוב.</w:t>
      </w:r>
    </w:p>
    <w:p>
      <w:pPr>
        <w:spacing w:after="160" w:before="0"/>
        <w:jc w:val="right"/>
        <w:bidi w:val="1"/>
      </w:pPr>
      <w:r>
        <w:rPr>
          <w:rFonts w:ascii="Calibri" w:hAnsi="Calibri" w:eastAsia="Calibri" w:cs="Calibri"/>
          <w:b/>
          <w:sz w:val="22"/>
        </w:rPr>
        <w:t>מ: אמיר, לוגיסטיקה  |  אל: כולם  |  25.8.2026 08:05</w:t>
      </w:r>
    </w:p>
    <w:p>
      <w:pPr>
        <w:spacing w:after="160" w:before="0"/>
        <w:jc w:val="right"/>
        <w:bidi w:val="1"/>
      </w:pPr>
      <w:r>
        <w:rPr>
          <w:rFonts w:ascii="Calibri" w:hAnsi="Calibri" w:eastAsia="Calibri" w:cs="Calibri"/>
          <w:b w:val="0"/>
          <w:sz w:val="22"/>
        </w:rPr>
        <w:t>כרמל הפצות מושפעת אם אין קרטונים ב-2.9 בבוקר. יש מלאי לשישה ימי עבודה מהיום. אני צריך תשובה מדרום או מספק חלופי עד 31.8. יעל, כרמל כבר שאלה אותי בוואטסאפ. לא עניתי.</w:t>
      </w:r>
    </w:p>
    <w:p>
      <w:pPr>
        <w:spacing w:after="160" w:before="0"/>
        <w:jc w:val="right"/>
        <w:bidi w:val="1"/>
      </w:pPr>
      <w:r>
        <w:rPr>
          <w:rFonts w:ascii="Calibri" w:hAnsi="Calibri" w:eastAsia="Calibri" w:cs="Calibri"/>
          <w:b/>
          <w:sz w:val="22"/>
        </w:rPr>
        <w:t>מ: כרמל הפצות (לקוח)  |  אל: יעל  |  26.8.2026 16:20</w:t>
      </w:r>
    </w:p>
    <w:p>
      <w:pPr>
        <w:spacing w:after="160" w:before="0"/>
        <w:jc w:val="right"/>
        <w:bidi w:val="1"/>
      </w:pPr>
      <w:r>
        <w:rPr>
          <w:rFonts w:ascii="Calibri" w:hAnsi="Calibri" w:eastAsia="Calibri" w:cs="Calibri"/>
          <w:b w:val="0"/>
          <w:sz w:val="22"/>
        </w:rPr>
        <w:t>יעל שלום, אמיר אמר שיש רעש סביב האריזות שלנו. אנחנו צריכים לדעת עד מחר בבוקר אם המשלוח של 2.9 עומד או לא. תודה, דני.</w:t>
      </w:r>
    </w:p>
    <w:p>
      <w:pPr>
        <w:spacing w:after="160" w:before="0"/>
        <w:jc w:val="right"/>
        <w:bidi w:val="1"/>
      </w:pPr>
      <w:r>
        <w:rPr>
          <w:rFonts w:ascii="Calibri" w:hAnsi="Calibri" w:eastAsia="Calibri" w:cs="Calibri"/>
          <w:b/>
          <w:sz w:val="22"/>
        </w:rPr>
        <w:t>מ: משה, כספים  |  אל: יעל  |  26.8.2026 16:45</w:t>
      </w:r>
    </w:p>
    <w:p>
      <w:pPr>
        <w:spacing w:after="160" w:before="0"/>
        <w:jc w:val="right"/>
        <w:bidi w:val="1"/>
      </w:pPr>
      <w:r>
        <w:rPr>
          <w:rFonts w:ascii="Calibri" w:hAnsi="Calibri" w:eastAsia="Calibri" w:cs="Calibri"/>
          <w:b w:val="0"/>
          <w:sz w:val="22"/>
        </w:rPr>
        <w:t>יעל, אל תשלחי לכרמל שום דבר לפני שאני רואה. וגם אל תבטיחי תאריך. תכיני טיוטה ותעבירי לי.</w:t>
      </w:r>
    </w:p>
    <w:sectPr w:rsidR="00FC693F" w:rsidRPr="0006063C" w:rsidSect="00034616">
      <w:pgSz w:w="11909" w:h="16834"/>
      <w:pgMar w:top="907" w:right="1020" w:bottom="907" w:left="1020" w:header="720" w:footer="720" w:gutter="0"/>
      <w:cols w:space="720"/>
      <w:docGrid w:linePitch="360"/>
      <w:bidi w:val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 w:cs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