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start"/>
        <w:bidi/>
      </w:pPr>
      <w:r>
        <w:rPr>
          <w:rFonts w:ascii="Arial" w:hAnsi="Arial" w:cs="Arial" w:eastAsia="Arial"/>
          <w:lang w:val="he-IL"/>
        </w:rPr>
        <w:t>שרשור מייל לתרגול</w:t>
      </w:r>
    </w:p>
    <w:p>
      <w:pPr>
        <w:jc w:val="start"/>
        <w:bidi/>
      </w:pPr>
      <w:r>
        <w:rPr>
          <w:rFonts w:ascii="Arial" w:hAnsi="Arial" w:cs="Arial" w:eastAsia="Arial"/>
          <w:lang w:val="he-IL"/>
        </w:rPr>
        <w:t>חומר דמה לתרגול בלבד. עובדים על טיוטת תשובה ולא שולחים הודעה.</w:t>
      </w:r>
    </w:p>
    <w:p>
      <w:pPr>
        <w:pStyle w:val="Heading1"/>
        <w:jc w:val="start"/>
        <w:bidi/>
      </w:pPr>
      <w:r>
        <w:rPr>
          <w:rFonts w:ascii="Arial" w:hAnsi="Arial" w:cs="Arial" w:eastAsia="Arial"/>
          <w:lang w:val="he-IL"/>
        </w:rPr>
        <w:t>הודעה ראשונה מהלקוח</w:t>
      </w:r>
    </w:p>
    <w:p>
      <w:pPr>
        <w:jc w:val="start"/>
        <w:bidi/>
      </w:pPr>
      <w:r>
        <w:rPr>
          <w:rFonts w:ascii="Arial" w:hAnsi="Arial" w:cs="Arial" w:eastAsia="Arial"/>
          <w:lang w:val="he-IL"/>
        </w:rPr>
        <w:t>מועד: 7 בספטמבר 2026. נושא: התחלת הפיילוט. שלום דנה, נשמח להתחיל את הפיילוט ביום שני, 14 בספטמבר. אנא אשרי שהצוות יוכל להתחבר ושלא תהיה תוספת תשלום. תודה, רות.</w:t>
      </w:r>
    </w:p>
    <w:p>
      <w:pPr>
        <w:pStyle w:val="Heading1"/>
        <w:jc w:val="start"/>
        <w:bidi/>
      </w:pPr>
      <w:r>
        <w:rPr>
          <w:rFonts w:ascii="Arial" w:hAnsi="Arial" w:cs="Arial" w:eastAsia="Arial"/>
          <w:lang w:val="he-IL"/>
        </w:rPr>
        <w:t>עדכון פנימי מאיש המערכות</w:t>
      </w:r>
    </w:p>
    <w:p>
      <w:pPr>
        <w:jc w:val="start"/>
        <w:bidi/>
      </w:pPr>
      <w:r>
        <w:rPr>
          <w:rFonts w:ascii="Arial" w:hAnsi="Arial" w:cs="Arial" w:eastAsia="Arial"/>
          <w:lang w:val="he-IL"/>
        </w:rPr>
        <w:t>מועד: 8 בספטמבר 2026. נושא: בדיקת אבטחה לפני הפעלה. שלום דנה, ההרשאות עדיין בבדיקה. אין אישור אבטחה להפעלה ואין אישור לתאריך ההתחלה. גם נושא התשלום דורש בירור. אנא אל תתחייבי למועד או למחיר לפני שנקבל אישור. יואב.</w:t>
      </w:r>
    </w:p>
    <w:p>
      <w:pPr>
        <w:pStyle w:val="Heading1"/>
        <w:jc w:val="start"/>
        <w:bidi/>
      </w:pPr>
      <w:r>
        <w:rPr>
          <w:rFonts w:ascii="Arial" w:hAnsi="Arial" w:cs="Arial" w:eastAsia="Arial"/>
          <w:lang w:val="he-IL"/>
        </w:rPr>
        <w:t>הנחיה פנימית לדנה</w:t>
      </w:r>
    </w:p>
    <w:p>
      <w:pPr>
        <w:jc w:val="start"/>
        <w:bidi/>
      </w:pPr>
      <w:r>
        <w:rPr>
          <w:rFonts w:ascii="Arial" w:hAnsi="Arial" w:cs="Arial" w:eastAsia="Arial"/>
          <w:lang w:val="he-IL"/>
        </w:rPr>
        <w:t>מועד: 8 בספטמבר 2026. יש לעדכן את הלקוח שהבקשה התקבלה. דנה תברר את מצב האישור ותחזור עם עדכון ב־10 בספטמבר. זהו מועד לעדכון בלבד, לא התחייבות להפעלת הפיילוט.</w:t>
      </w:r>
    </w:p>
    <w:sectPr w:rsidR="00FC693F" w:rsidRPr="0006063C" w:rsidSect="00034616">
      <w:pgSz w:w="11909" w:h="16834"/>
      <w:pgMar w:top="979" w:right="1080" w:bottom="979"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9"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line="269" w:lineRule="auto"/>
      <w:outlineLvl w:val="1"/>
    </w:pPr>
    <w:rPr>
      <w:rFonts w:asciiTheme="majorHAnsi" w:eastAsiaTheme="majorEastAsia" w:hAnsiTheme="majorHAnsi" w:cstheme="majorBidi" w:ascii="Arial" w:hAnsi="Arial"/>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69"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שרשור מייל לתרגול</dc:title>
  <dc:subject/>
  <dc:creator>גיא כהן</dc:creator>
  <cp:keywords/>
  <dc:description>generated by python-docx</dc:description>
  <cp:lastModifiedBy/>
  <cp:revision>1</cp:revision>
  <dcterms:created xsi:type="dcterms:W3CDTF">2013-12-23T23:15:00Z</dcterms:created>
  <dcterms:modified xsi:type="dcterms:W3CDTF">2013-12-23T23:15:00Z</dcterms:modified>
  <cp:category/>
</cp:coreProperties>
</file>